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BDD5" w14:textId="77777777" w:rsidR="00053793" w:rsidRPr="00AF4535" w:rsidRDefault="008812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b/>
          <w:sz w:val="28"/>
          <w:szCs w:val="28"/>
          <w:lang w:val="ru-RU"/>
        </w:rPr>
        <w:t>ЗАЯВЛЕНИЕ</w:t>
      </w:r>
    </w:p>
    <w:p w14:paraId="186568FA" w14:textId="77777777" w:rsidR="00053793" w:rsidRPr="00AF4535" w:rsidRDefault="0005379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578F513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Директору Профсоюза строителей «Строим мир»</w:t>
      </w:r>
    </w:p>
    <w:p w14:paraId="0C5E7A80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F4535">
        <w:rPr>
          <w:rFonts w:ascii="Times New Roman" w:hAnsi="Times New Roman" w:cs="Times New Roman"/>
          <w:sz w:val="28"/>
          <w:szCs w:val="28"/>
          <w:lang w:val="ru-RU"/>
        </w:rPr>
        <w:t>Музгаевой</w:t>
      </w:r>
      <w:proofErr w:type="spellEnd"/>
      <w:r w:rsidRPr="00AF4535">
        <w:rPr>
          <w:rFonts w:ascii="Times New Roman" w:hAnsi="Times New Roman" w:cs="Times New Roman"/>
          <w:sz w:val="28"/>
          <w:szCs w:val="28"/>
          <w:lang w:val="ru-RU"/>
        </w:rPr>
        <w:t xml:space="preserve"> Дарье Егоровне</w:t>
      </w:r>
    </w:p>
    <w:p w14:paraId="1F8E3481" w14:textId="77777777" w:rsidR="00053793" w:rsidRPr="00AF4535" w:rsidRDefault="00053793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D80EE97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От: Иванова Ивана Ивановича</w:t>
      </w:r>
    </w:p>
    <w:p w14:paraId="464DD366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Адрес регистрации: ________________________________</w:t>
      </w:r>
    </w:p>
    <w:p w14:paraId="32B3C0E7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Дата рождения: «___» __________ ______ г.</w:t>
      </w:r>
    </w:p>
    <w:p w14:paraId="34FC3762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Контактный телефон: ________________________________</w:t>
      </w:r>
    </w:p>
    <w:p w14:paraId="4AE57FCB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Электронная почта: ________________________________</w:t>
      </w:r>
    </w:p>
    <w:p w14:paraId="61647CBD" w14:textId="77777777" w:rsidR="00053793" w:rsidRPr="00AF4535" w:rsidRDefault="008812EA" w:rsidP="00AF453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ИНН: ________________________________</w:t>
      </w:r>
    </w:p>
    <w:p w14:paraId="67125160" w14:textId="77777777" w:rsidR="00053793" w:rsidRPr="00AF4535" w:rsidRDefault="0005379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E24596B" w14:textId="44BEA90A" w:rsidR="00053793" w:rsidRPr="00183179" w:rsidRDefault="008812EA" w:rsidP="001831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Прошу принять меня в члены Профсоюза строителей «Строим мир».</w:t>
      </w:r>
      <w:r w:rsidR="001831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3179" w:rsidRPr="00183179">
        <w:rPr>
          <w:rFonts w:ascii="Times New Roman" w:hAnsi="Times New Roman" w:cs="Times New Roman"/>
          <w:sz w:val="28"/>
          <w:szCs w:val="28"/>
          <w:lang w:val="ru-RU"/>
        </w:rPr>
        <w:t>С Уставом Профсоюза и внутренними документами ознакомлен, обязуюсь их соблюдать. Согласен на обработку персональных данных.</w:t>
      </w:r>
    </w:p>
    <w:p w14:paraId="03873DB5" w14:textId="77777777" w:rsidR="00053793" w:rsidRPr="00AF4535" w:rsidRDefault="008812E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Профессиональный статус:</w:t>
      </w:r>
    </w:p>
    <w:p w14:paraId="76570884" w14:textId="212ACEAC" w:rsidR="00053793" w:rsidRPr="00AF4535" w:rsidRDefault="008812E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Место работы</w:t>
      </w:r>
      <w:r w:rsidR="00183179">
        <w:rPr>
          <w:rFonts w:ascii="Times New Roman" w:hAnsi="Times New Roman" w:cs="Times New Roman"/>
          <w:sz w:val="28"/>
          <w:szCs w:val="28"/>
          <w:lang w:val="ru-RU"/>
        </w:rPr>
        <w:t>/учёбы</w:t>
      </w:r>
      <w:r w:rsidRPr="00AF453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183179">
        <w:rPr>
          <w:rFonts w:ascii="Times New Roman" w:hAnsi="Times New Roman" w:cs="Times New Roman"/>
          <w:sz w:val="28"/>
          <w:szCs w:val="28"/>
          <w:lang w:val="ru-RU"/>
        </w:rPr>
        <w:t>наименование</w:t>
      </w:r>
      <w:r w:rsidRPr="00AF4535">
        <w:rPr>
          <w:rFonts w:ascii="Times New Roman" w:hAnsi="Times New Roman" w:cs="Times New Roman"/>
          <w:sz w:val="28"/>
          <w:szCs w:val="28"/>
          <w:lang w:val="ru-RU"/>
        </w:rPr>
        <w:t>): ______</w:t>
      </w:r>
      <w:r w:rsidR="00183179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Pr="00AF4535">
        <w:rPr>
          <w:rFonts w:ascii="Times New Roman" w:hAnsi="Times New Roman" w:cs="Times New Roman"/>
          <w:sz w:val="28"/>
          <w:szCs w:val="28"/>
          <w:lang w:val="ru-RU"/>
        </w:rPr>
        <w:t>_____________</w:t>
      </w:r>
    </w:p>
    <w:p w14:paraId="03EE9FE6" w14:textId="616CE8B4" w:rsidR="00053793" w:rsidRPr="00AF4535" w:rsidRDefault="008812E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Должность или статус: __________________</w:t>
      </w:r>
      <w:r w:rsidR="00F56783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Pr="00AF4535">
        <w:rPr>
          <w:rFonts w:ascii="Times New Roman" w:hAnsi="Times New Roman" w:cs="Times New Roman"/>
          <w:sz w:val="28"/>
          <w:szCs w:val="28"/>
          <w:lang w:val="ru-RU"/>
        </w:rPr>
        <w:t>______________</w:t>
      </w:r>
    </w:p>
    <w:p w14:paraId="3402936C" w14:textId="4B83EC39" w:rsidR="00053793" w:rsidRPr="00AF4535" w:rsidRDefault="008812EA" w:rsidP="008812E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4535">
        <w:rPr>
          <w:rFonts w:ascii="Times New Roman" w:hAnsi="Times New Roman" w:cs="Times New Roman"/>
          <w:sz w:val="28"/>
          <w:szCs w:val="28"/>
          <w:lang w:val="ru-RU"/>
        </w:rPr>
        <w:t>(например: «самозанятый», «лицо, занимающееся индивидуальной трудовой деятельностью»</w:t>
      </w:r>
      <w:r w:rsidR="00AF4535">
        <w:rPr>
          <w:rFonts w:ascii="Times New Roman" w:hAnsi="Times New Roman" w:cs="Times New Roman"/>
          <w:sz w:val="28"/>
          <w:szCs w:val="28"/>
          <w:lang w:val="ru-RU"/>
        </w:rPr>
        <w:t>, пенсионер, студент</w:t>
      </w:r>
      <w:r w:rsidRPr="00AF4535">
        <w:rPr>
          <w:rFonts w:ascii="Times New Roman" w:hAnsi="Times New Roman" w:cs="Times New Roman"/>
          <w:sz w:val="28"/>
          <w:szCs w:val="28"/>
          <w:lang w:val="ru-RU"/>
        </w:rPr>
        <w:t xml:space="preserve"> и т.д.)</w:t>
      </w:r>
    </w:p>
    <w:p w14:paraId="2B8D10F3" w14:textId="77777777" w:rsidR="00053793" w:rsidRPr="00AF4535" w:rsidRDefault="0005379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DD003B5" w14:textId="77777777" w:rsidR="00053793" w:rsidRPr="00AF4535" w:rsidRDefault="008812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535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AF4535">
        <w:rPr>
          <w:rFonts w:ascii="Times New Roman" w:hAnsi="Times New Roman" w:cs="Times New Roman"/>
          <w:sz w:val="28"/>
          <w:szCs w:val="28"/>
        </w:rPr>
        <w:t>: «___» __________ 20___ г.</w:t>
      </w:r>
    </w:p>
    <w:p w14:paraId="102B10E5" w14:textId="77777777" w:rsidR="00053793" w:rsidRPr="00AF4535" w:rsidRDefault="008812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535">
        <w:rPr>
          <w:rFonts w:ascii="Times New Roman" w:hAnsi="Times New Roman" w:cs="Times New Roman"/>
          <w:sz w:val="28"/>
          <w:szCs w:val="28"/>
        </w:rPr>
        <w:t>Подпись</w:t>
      </w:r>
      <w:proofErr w:type="spellEnd"/>
      <w:r w:rsidRPr="00AF4535">
        <w:rPr>
          <w:rFonts w:ascii="Times New Roman" w:hAnsi="Times New Roman" w:cs="Times New Roman"/>
          <w:sz w:val="28"/>
          <w:szCs w:val="28"/>
        </w:rPr>
        <w:t>: _______________________ /_______________________/</w:t>
      </w:r>
    </w:p>
    <w:sectPr w:rsidR="00053793" w:rsidRPr="00AF4535" w:rsidSect="00AF4535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4706270">
    <w:abstractNumId w:val="8"/>
  </w:num>
  <w:num w:numId="2" w16cid:durableId="1465926573">
    <w:abstractNumId w:val="6"/>
  </w:num>
  <w:num w:numId="3" w16cid:durableId="574360657">
    <w:abstractNumId w:val="5"/>
  </w:num>
  <w:num w:numId="4" w16cid:durableId="1948341928">
    <w:abstractNumId w:val="4"/>
  </w:num>
  <w:num w:numId="5" w16cid:durableId="2000886526">
    <w:abstractNumId w:val="7"/>
  </w:num>
  <w:num w:numId="6" w16cid:durableId="720440773">
    <w:abstractNumId w:val="3"/>
  </w:num>
  <w:num w:numId="7" w16cid:durableId="236594519">
    <w:abstractNumId w:val="2"/>
  </w:num>
  <w:num w:numId="8" w16cid:durableId="1933928078">
    <w:abstractNumId w:val="1"/>
  </w:num>
  <w:num w:numId="9" w16cid:durableId="154548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793"/>
    <w:rsid w:val="0006063C"/>
    <w:rsid w:val="0010141C"/>
    <w:rsid w:val="0015074B"/>
    <w:rsid w:val="00183179"/>
    <w:rsid w:val="00215288"/>
    <w:rsid w:val="0029639D"/>
    <w:rsid w:val="002E5C90"/>
    <w:rsid w:val="00326F90"/>
    <w:rsid w:val="008812EA"/>
    <w:rsid w:val="00AA1D8D"/>
    <w:rsid w:val="00AF4535"/>
    <w:rsid w:val="00B47730"/>
    <w:rsid w:val="00CB0664"/>
    <w:rsid w:val="00F567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673C7"/>
  <w14:defaultImageDpi w14:val="300"/>
  <w15:docId w15:val="{357C182A-DB62-B246-94FD-88866A35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Сергей Федоренко</cp:lastModifiedBy>
  <cp:revision>3</cp:revision>
  <dcterms:created xsi:type="dcterms:W3CDTF">2026-03-02T19:53:00Z</dcterms:created>
  <dcterms:modified xsi:type="dcterms:W3CDTF">2026-03-02T19:59:00Z</dcterms:modified>
  <cp:category/>
</cp:coreProperties>
</file>